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3540B" w14:textId="0D64A957" w:rsidR="004F19E0" w:rsidRDefault="00AD130C">
      <w:pPr>
        <w:pStyle w:val="Title"/>
      </w:pPr>
      <w:r>
        <w:t>Instructor: Kevin Jessop</w:t>
      </w:r>
    </w:p>
    <w:p w14:paraId="0F4C21BC" w14:textId="48C4DB24" w:rsidR="004F19E0" w:rsidRDefault="00000000">
      <w:r>
        <w:t>Kevin Jessop is a seasoned professional with over 2</w:t>
      </w:r>
      <w:r w:rsidR="00B337CD">
        <w:t>6</w:t>
      </w:r>
      <w:r>
        <w:t xml:space="preserve"> years of experience in the electrical field. He holds multiple electrical licenses and continues to serve as a highly respected Foreman in the industry. Kevin's extensive field experience and technical expertise make him an exceptional instructor in the Expect Excellence Apprenticeship Program.</w:t>
      </w:r>
    </w:p>
    <w:p w14:paraId="76B6E6CF" w14:textId="77777777" w:rsidR="004F19E0" w:rsidRDefault="00000000">
      <w:pPr>
        <w:pStyle w:val="Heading1"/>
      </w:pPr>
      <w:r>
        <w:t>Licenses</w:t>
      </w:r>
    </w:p>
    <w:p w14:paraId="61C19845" w14:textId="570E4ED6" w:rsidR="004F19E0" w:rsidRDefault="00000000">
      <w:r>
        <w:t xml:space="preserve">Kevin holds active electrical licenses </w:t>
      </w:r>
      <w:r w:rsidR="009E6D10">
        <w:t>in several states</w:t>
      </w:r>
      <w:r w:rsidR="00186CC4">
        <w:t xml:space="preserve">. Master </w:t>
      </w:r>
      <w:r w:rsidR="000A4DAD">
        <w:t>license holder</w:t>
      </w:r>
      <w:r w:rsidR="00186CC4">
        <w:t xml:space="preserve"> in Colorado and journeyman </w:t>
      </w:r>
      <w:r w:rsidR="000A4DAD">
        <w:t xml:space="preserve">license holder in Arkansas, Iowa, Montana, New Mexico, Oregon, Texas, Utah, and Wyoming. </w:t>
      </w:r>
      <w:r w:rsidR="00C82CCE">
        <w:t>He also holds a current NICET Fire Alarm Systems Level 1 certificate.</w:t>
      </w:r>
    </w:p>
    <w:p w14:paraId="5AFB7FAF" w14:textId="77777777" w:rsidR="004F19E0" w:rsidRDefault="00000000">
      <w:pPr>
        <w:pStyle w:val="Heading1"/>
      </w:pPr>
      <w:r>
        <w:t>Professional Experience</w:t>
      </w:r>
    </w:p>
    <w:p w14:paraId="7D5E36A2" w14:textId="77777777" w:rsidR="004F19E0" w:rsidRDefault="00000000">
      <w:r>
        <w:t>Kevin has worked in the electrical trade for over 25 years, gaining hands-on experience in residential, commercial, and industrial electrical systems. He currently serves as a Foreman, where he leads teams, oversees project execution, and ensures compliance with safety and electrical codes.</w:t>
      </w:r>
    </w:p>
    <w:p w14:paraId="2262F1CB" w14:textId="77777777" w:rsidR="004F19E0" w:rsidRDefault="00000000">
      <w:pPr>
        <w:pStyle w:val="Heading1"/>
      </w:pPr>
      <w:r>
        <w:t>Teaching Experience</w:t>
      </w:r>
    </w:p>
    <w:p w14:paraId="48E2C5D9" w14:textId="77777777" w:rsidR="004F19E0" w:rsidRDefault="00000000">
      <w:r>
        <w:t>Kevin is an instructor in the Expect Excellence Apprenticeship Program. He brings real-world knowledge to the classroom, mentoring apprentices and helping them develop the skills necessary to succeed in the electrical trade.</w:t>
      </w:r>
    </w:p>
    <w:p w14:paraId="3ECCEC26" w14:textId="77777777" w:rsidR="004F19E0" w:rsidRDefault="00000000">
      <w:pPr>
        <w:pStyle w:val="Heading1"/>
      </w:pPr>
      <w:r>
        <w:t>Skills and Expertise</w:t>
      </w:r>
    </w:p>
    <w:p w14:paraId="41183361" w14:textId="4BA18E5C" w:rsidR="00415AF4" w:rsidRDefault="00000000" w:rsidP="008158AC">
      <w:pPr>
        <w:spacing w:after="0"/>
      </w:pPr>
      <w:r>
        <w:t>- Electrical systems installation and maintenance</w:t>
      </w:r>
      <w:r>
        <w:br/>
        <w:t>- Project supervision and team leadership</w:t>
      </w:r>
      <w:r>
        <w:br/>
        <w:t>- Code compliance and safety standards</w:t>
      </w:r>
      <w:r>
        <w:br/>
        <w:t>- Apprentice training and mentorship</w:t>
      </w:r>
      <w:r>
        <w:br/>
        <w:t>- Troubleshooting and diagnostics</w:t>
      </w:r>
    </w:p>
    <w:p w14:paraId="4745E718" w14:textId="11FDA6A5" w:rsidR="00554B8A" w:rsidRDefault="00554B8A" w:rsidP="008158AC">
      <w:pPr>
        <w:spacing w:after="0" w:line="240" w:lineRule="auto"/>
      </w:pPr>
      <w:r>
        <w:t>- Fire</w:t>
      </w:r>
      <w:r w:rsidR="008158AC">
        <w:t xml:space="preserve"> alarm systems installation</w:t>
      </w:r>
    </w:p>
    <w:sectPr w:rsidR="00554B8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60195607">
    <w:abstractNumId w:val="8"/>
  </w:num>
  <w:num w:numId="2" w16cid:durableId="310797022">
    <w:abstractNumId w:val="6"/>
  </w:num>
  <w:num w:numId="3" w16cid:durableId="1463957076">
    <w:abstractNumId w:val="5"/>
  </w:num>
  <w:num w:numId="4" w16cid:durableId="463429459">
    <w:abstractNumId w:val="4"/>
  </w:num>
  <w:num w:numId="5" w16cid:durableId="685442923">
    <w:abstractNumId w:val="7"/>
  </w:num>
  <w:num w:numId="6" w16cid:durableId="702442598">
    <w:abstractNumId w:val="3"/>
  </w:num>
  <w:num w:numId="7" w16cid:durableId="109477684">
    <w:abstractNumId w:val="2"/>
  </w:num>
  <w:num w:numId="8" w16cid:durableId="1195848117">
    <w:abstractNumId w:val="1"/>
  </w:num>
  <w:num w:numId="9" w16cid:durableId="203955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4DAD"/>
    <w:rsid w:val="0015074B"/>
    <w:rsid w:val="00186CC4"/>
    <w:rsid w:val="001C6E47"/>
    <w:rsid w:val="0029639D"/>
    <w:rsid w:val="00326F90"/>
    <w:rsid w:val="00415AF4"/>
    <w:rsid w:val="004F19E0"/>
    <w:rsid w:val="00554B8A"/>
    <w:rsid w:val="008158AC"/>
    <w:rsid w:val="009E6D10"/>
    <w:rsid w:val="00AA1D8D"/>
    <w:rsid w:val="00AD130C"/>
    <w:rsid w:val="00B337CD"/>
    <w:rsid w:val="00B47730"/>
    <w:rsid w:val="00BD3F36"/>
    <w:rsid w:val="00C82CC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39DEA3"/>
  <w14:defaultImageDpi w14:val="300"/>
  <w15:docId w15:val="{5E974C38-895E-4BD4-AA3C-B79B33123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Jenny Allred</cp:lastModifiedBy>
  <cp:revision>11</cp:revision>
  <dcterms:created xsi:type="dcterms:W3CDTF">2025-09-11T22:26:00Z</dcterms:created>
  <dcterms:modified xsi:type="dcterms:W3CDTF">2026-09-22T16:56:00Z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8597dba5-bbfd-4b6a-915d-7524203b3715</vt:lpwstr>
  </property>
</Properties>
</file>