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3540B" w14:textId="0D64A957" w:rsidR="004F19E0" w:rsidRDefault="00AD130C">
      <w:pPr>
        <w:pStyle w:val="Title"/>
      </w:pPr>
      <w:r>
        <w:t>Instructor: Ephraim Barlow</w:t>
      </w:r>
    </w:p>
    <w:p w14:paraId="0F4C21BC" w14:textId="29CD0B3E" w:rsidR="004F19E0" w:rsidRDefault="00000000">
      <w:r>
        <w:t xml:space="preserve">Ephraim Barlow is an experienced electrical professional with over 15 years of experience in the electrical field. He </w:t>
      </w:r>
      <w:r w:rsidR="009C1BE7">
        <w:t>holds</w:t>
      </w:r>
      <w:r>
        <w:t xml:space="preserve"> electrical licenses in multiple states. Ephraim currently works as a Project Manager and business owner. His extensive field experience, leadership, and technical expertise make him a valuable instructor in the Expect Excellence Apprenticeship Program.</w:t>
      </w:r>
    </w:p>
    <w:p w14:paraId="76B6E6CF" w14:textId="77777777" w:rsidR="004F19E0" w:rsidRDefault="00000000">
      <w:pPr>
        <w:pStyle w:val="Heading1"/>
      </w:pPr>
      <w:r>
        <w:t>Licenses</w:t>
      </w:r>
    </w:p>
    <w:p w14:paraId="61C19845" w14:textId="570E4ED6" w:rsidR="004F19E0" w:rsidRDefault="00000000">
      <w:r>
        <w:t>Ephraim holds electrical licenses in various states at both the Master and Journeyman levels. He has been a licensed Journeyman Electrician since 2014 and a licensed Master Electrician since 2016.</w:t>
      </w:r>
    </w:p>
    <w:p w14:paraId="5AFB7FAF" w14:textId="77777777" w:rsidR="004F19E0" w:rsidRDefault="00000000">
      <w:pPr>
        <w:pStyle w:val="Heading1"/>
      </w:pPr>
      <w:r>
        <w:t>Professional Experience</w:t>
      </w:r>
    </w:p>
    <w:p w14:paraId="7D5E36A2" w14:textId="2F0E6034" w:rsidR="004F19E0" w:rsidRDefault="00000000">
      <w:r>
        <w:t xml:space="preserve">Ephraim began working </w:t>
      </w:r>
      <w:r w:rsidR="00A65079">
        <w:t>in</w:t>
      </w:r>
      <w:r>
        <w:t xml:space="preserve"> </w:t>
      </w:r>
      <w:r w:rsidR="00776791">
        <w:t xml:space="preserve">the </w:t>
      </w:r>
      <w:r w:rsidR="00A65079">
        <w:t xml:space="preserve">electrical </w:t>
      </w:r>
      <w:r w:rsidR="00776791">
        <w:t>trade</w:t>
      </w:r>
      <w:r>
        <w:t xml:space="preserve"> in 2009</w:t>
      </w:r>
      <w:r>
        <w:t>. He currently serves as a Project Manager, where he oversees electrical projects, coordinates field operations, manages project requirements, and helps ensure compliance with safety standards and electrical codes. As a business owner, he also brings experience in leadership, planning, project execution, and electrical contracting operations.</w:t>
      </w:r>
    </w:p>
    <w:p w14:paraId="2262F1CB" w14:textId="77777777" w:rsidR="004F19E0" w:rsidRDefault="00000000">
      <w:pPr>
        <w:pStyle w:val="Heading1"/>
      </w:pPr>
      <w:r>
        <w:t>Teaching Experience</w:t>
      </w:r>
    </w:p>
    <w:p w14:paraId="48E2C5D9" w14:textId="77777777" w:rsidR="004F19E0" w:rsidRDefault="00000000">
      <w:r>
        <w:t>Ephraim is an instructor in the Expect Excellence Apprenticeship Program. He brings real-world electrical, project management, and leadership experience to the classroom, mentoring apprentices and helping them connect electrical theory and National Electrical Code requirements with practical field applications.</w:t>
      </w:r>
    </w:p>
    <w:p w14:paraId="3ECCEC26" w14:textId="77777777" w:rsidR="004F19E0" w:rsidRDefault="00000000">
      <w:pPr>
        <w:pStyle w:val="Heading1"/>
      </w:pPr>
      <w:r>
        <w:t>Skills and Expertise</w:t>
      </w:r>
    </w:p>
    <w:p w14:paraId="41183361" w14:textId="4BA18E5C" w:rsidR="00415AF4" w:rsidRDefault="00000000" w:rsidP="008158AC">
      <w:pPr>
        <w:spacing w:after="0"/>
      </w:pPr>
      <w:r>
        <w:t>- Electrical construction and installation</w:t>
      </w:r>
      <w:r>
        <w:br/>
        <w:t>- Project management and coordination</w:t>
      </w:r>
      <w:r>
        <w:br/>
        <w:t>- National Electrical Code application and compliance</w:t>
      </w:r>
      <w:r>
        <w:br/>
        <w:t>- Electrical safety and safe work practices</w:t>
      </w:r>
      <w:r>
        <w:br/>
        <w:t>- Project supervision and team leadership</w:t>
      </w:r>
    </w:p>
    <w:p w14:paraId="4745E718" w14:textId="11FDA6A5" w:rsidR="00554B8A" w:rsidRDefault="00554B8A" w:rsidP="008158AC">
      <w:pPr>
        <w:spacing w:after="0" w:line="240" w:lineRule="auto"/>
      </w:pPr>
      <w:r>
        <w:t>- Electrical contracting and business operations</w:t>
      </w:r>
      <w:r>
        <w:br/>
        <w:t>- Apprentice training and mentorship</w:t>
      </w:r>
      <w:r>
        <w:br/>
        <w:t>- Troubleshooting and problem solving</w:t>
      </w:r>
    </w:p>
    <w:sectPr w:rsidR="00554B8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60195607">
    <w:abstractNumId w:val="8"/>
  </w:num>
  <w:num w:numId="2" w16cid:durableId="310797022">
    <w:abstractNumId w:val="6"/>
  </w:num>
  <w:num w:numId="3" w16cid:durableId="1463957076">
    <w:abstractNumId w:val="5"/>
  </w:num>
  <w:num w:numId="4" w16cid:durableId="463429459">
    <w:abstractNumId w:val="4"/>
  </w:num>
  <w:num w:numId="5" w16cid:durableId="685442923">
    <w:abstractNumId w:val="7"/>
  </w:num>
  <w:num w:numId="6" w16cid:durableId="702442598">
    <w:abstractNumId w:val="3"/>
  </w:num>
  <w:num w:numId="7" w16cid:durableId="109477684">
    <w:abstractNumId w:val="2"/>
  </w:num>
  <w:num w:numId="8" w16cid:durableId="1195848117">
    <w:abstractNumId w:val="1"/>
  </w:num>
  <w:num w:numId="9" w16cid:durableId="203955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4DAD"/>
    <w:rsid w:val="0015074B"/>
    <w:rsid w:val="00186CC4"/>
    <w:rsid w:val="001C6E47"/>
    <w:rsid w:val="0029639D"/>
    <w:rsid w:val="00326F90"/>
    <w:rsid w:val="00415AF4"/>
    <w:rsid w:val="004F19E0"/>
    <w:rsid w:val="00554B8A"/>
    <w:rsid w:val="00776791"/>
    <w:rsid w:val="008158AC"/>
    <w:rsid w:val="00881AAF"/>
    <w:rsid w:val="009C1BE7"/>
    <w:rsid w:val="009E6D10"/>
    <w:rsid w:val="00A65079"/>
    <w:rsid w:val="00AA1D8D"/>
    <w:rsid w:val="00AD130C"/>
    <w:rsid w:val="00B47730"/>
    <w:rsid w:val="00C82CCE"/>
    <w:rsid w:val="00CB0664"/>
    <w:rsid w:val="00D8791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39DEA3"/>
  <w14:defaultImageDpi w14:val="300"/>
  <w15:docId w15:val="{5E974C38-895E-4BD4-AA3C-B79B33123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Jenny Allred</cp:lastModifiedBy>
  <cp:revision>4</cp:revision>
  <dcterms:created xsi:type="dcterms:W3CDTF">2026-09-16T17:19:00Z</dcterms:created>
  <dcterms:modified xsi:type="dcterms:W3CDTF">2026-09-22T17:05:00Z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65923d51-75d8-4891-98a7-e4f6e10110b8</vt:lpwstr>
  </property>
</Properties>
</file>